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800000" cy="6410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absys-tech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641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101216"/>
          <w:sz w:val="40"/>
        </w:rPr>
        <w:t>Бриф на разработку цифровой системы</w:t>
      </w:r>
    </w:p>
    <w:p>
      <w:r>
        <w:rPr>
          <w:color w:val="5E6470"/>
          <w:sz w:val="20"/>
        </w:rPr>
        <w:t>Не нужно знать технические термины — отвечайте своими словами. Если на вопрос нет ответа, пропустите его: разберём на созвоне. Заполненный бриф отправьте на absys.tech@yandex.ru или в Telegram @absys_tech_bot.</w:t>
      </w:r>
    </w:p>
    <w:p>
      <w:pPr>
        <w:spacing w:before="280"/>
      </w:pPr>
      <w:r>
        <w:rPr>
          <w:b/>
          <w:color w:val="2563EB"/>
          <w:sz w:val="22"/>
        </w:rPr>
        <w:t>1. О КОМПАНИИ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Название компании и сфера деятельности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Сайт компании (если есть)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Сколько сотрудников будет работать с системой?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Контактное лицо: имя, должность, телефон, Telegram / email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</w:tbl>
    <w:p>
      <w:pPr>
        <w:spacing w:before="280"/>
      </w:pPr>
      <w:r>
        <w:rPr>
          <w:b/>
          <w:color w:val="2563EB"/>
          <w:sz w:val="22"/>
        </w:rPr>
        <w:t>2. ТЕКУЩАЯ СИТУАЦИЯ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Какой процесс сейчас работает неудобно? Опишите своими словами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Как это делается сейчас (Excel, почта, мессенджеры, бумага, другая программа)?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Сколько времени в неделю уходит на эту работу и у скольких сотрудников?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Где чаще всего возникают ошибки, потери заявок или данных?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</w:tbl>
    <w:p>
      <w:pPr>
        <w:spacing w:before="280"/>
      </w:pPr>
      <w:r>
        <w:rPr>
          <w:b/>
          <w:color w:val="2563EB"/>
          <w:sz w:val="22"/>
        </w:rPr>
        <w:t>3. ЦЕЛЬ ПРОЕКТА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Что должно измениться после запуска системы?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Как вы поймёте, что проект успешен (меньше ручной работы, скорость, контроль, продажи)?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Что нужно сделать в первую очередь, а что может подождать?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</w:tbl>
    <w:p>
      <w:pPr>
        <w:spacing w:before="280"/>
      </w:pPr>
      <w:r>
        <w:rPr>
          <w:b/>
          <w:color w:val="2563EB"/>
          <w:sz w:val="22"/>
        </w:rPr>
        <w:t>4. ПОЛЬЗОВАТЕЛИ И РОЛИ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Кто будет пользоваться системой: сотрудники, руководитель, клиенты, партнёры, дилеры?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Что должен видеть и делать каждый из них?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Нужны ли личные кабинеты для клиентов или партнёров?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</w:tbl>
    <w:p>
      <w:pPr>
        <w:spacing w:before="280"/>
      </w:pPr>
      <w:r>
        <w:rPr>
          <w:b/>
          <w:color w:val="2563EB"/>
          <w:sz w:val="22"/>
        </w:rPr>
        <w:t>5. ФУНКЦИИ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Какие функции обязательны? (заявки, база клиентов, документы, оплаты, отчёты, уведомления и т.д.)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Какие документы система должна формировать автоматически (договоры, акты, счета, дипломы, отчёты)?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Нужны ли уведомления: email, Telegram, SMS?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Нужна ли мобильная версия или работа с телефона?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</w:tbl>
    <w:p>
      <w:pPr>
        <w:spacing w:before="280"/>
      </w:pPr>
      <w:r>
        <w:rPr>
          <w:b/>
          <w:color w:val="2563EB"/>
          <w:sz w:val="22"/>
        </w:rPr>
        <w:t>6. ДАННЫЕ И ИНТЕГРАЦИИ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Есть ли уже данные, которые нужно перенести (таблицы, старая база, CRM)?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С какими сервисами нужна связь: 1С, Битрикс24, amoCRM, онлайн-оплата, телефония, сайт?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Есть ли у вас текущий сайт или система, которую нужно модернизировать?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</w:tbl>
    <w:p>
      <w:pPr>
        <w:spacing w:before="280"/>
      </w:pPr>
      <w:r>
        <w:rPr>
          <w:b/>
          <w:color w:val="2563EB"/>
          <w:sz w:val="22"/>
        </w:rPr>
        <w:t>7. СРОКИ И БЮДЖЕТ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Желаемый срок запуска (или к какому событию нужно успеть)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Ориентир бюджета: до 100 тыс. / 100–300 тыс. / 300–500 тыс. / 500 тыс.–1 млн / более 1 млн / не знаю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Кто принимает решение по проекту?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</w:tbl>
    <w:p>
      <w:pPr>
        <w:spacing w:before="280"/>
      </w:pPr>
      <w:r>
        <w:rPr>
          <w:b/>
          <w:color w:val="2563EB"/>
          <w:sz w:val="22"/>
        </w:rPr>
        <w:t>8. ДОПОЛНИТЕЛЬНО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Примеры систем или сайтов, которые вам нравятся (и чем)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Что точно не должно быть в системе?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  <w:tr>
        <w:tc>
          <w:tcPr>
            <w:tcW w:type="dxa" w:w="3969"/>
            <w:shd w:val="clear" w:color="auto" w:fill="F1F3F6"/>
          </w:tcPr>
          <w:p>
            <w:r>
              <w:rPr>
                <w:color w:val="101216"/>
                <w:sz w:val="19"/>
              </w:rPr>
              <w:t>Любые другие пожелания и вопросы</w:t>
            </w:r>
          </w:p>
        </w:tc>
        <w:tc>
          <w:tcPr>
            <w:tcW w:type="dxa" w:w="5669"/>
          </w:tcPr>
          <w:p>
            <w:r>
              <w:br/>
              <w:br/>
            </w:r>
          </w:p>
        </w:tc>
      </w:tr>
    </w:tbl>
    <w:p>
      <w:pPr>
        <w:spacing w:before="360"/>
      </w:pPr>
      <w:r>
        <w:rPr>
          <w:color w:val="5E6470"/>
          <w:sz w:val="18"/>
        </w:rPr>
        <w:t>ABSYS TECH · absys.tech · +7 (995) 152-05-19 · absys.tech@yandex.ru · Telegram @absys_tech_bot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